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5E535" w14:textId="21097562" w:rsidR="00E47273" w:rsidRPr="00463F57" w:rsidRDefault="00000000">
      <w:pPr>
        <w:jc w:val="center"/>
        <w:rPr>
          <w:highlight w:val="green"/>
        </w:rPr>
      </w:pPr>
      <w:r w:rsidRPr="00463F57">
        <w:rPr>
          <w:b/>
          <w:sz w:val="48"/>
          <w:highlight w:val="green"/>
        </w:rPr>
        <w:t>KINGS &amp; PRIESTS’ THEOLOGICAL INSTITUTE (KPTI)</w:t>
      </w:r>
      <w:r w:rsidRPr="00463F57">
        <w:rPr>
          <w:b/>
          <w:sz w:val="48"/>
          <w:highlight w:val="green"/>
        </w:rPr>
        <w:br/>
        <w:t>BROCHURE</w:t>
      </w:r>
      <w:r w:rsidR="001F6392" w:rsidRPr="00463F57">
        <w:rPr>
          <w:b/>
          <w:sz w:val="48"/>
          <w:highlight w:val="green"/>
        </w:rPr>
        <w:t>`</w:t>
      </w:r>
    </w:p>
    <w:p w14:paraId="08F72A8D" w14:textId="77777777" w:rsidR="00E47273" w:rsidRPr="00463F57" w:rsidRDefault="00000000">
      <w:pPr>
        <w:jc w:val="center"/>
        <w:rPr>
          <w:highlight w:val="green"/>
        </w:rPr>
      </w:pPr>
      <w:r w:rsidRPr="00463F57">
        <w:rPr>
          <w:i/>
          <w:sz w:val="28"/>
          <w:highlight w:val="green"/>
        </w:rPr>
        <w:t>Rooted in Truth. Formed by Grace. Released in Power.</w:t>
      </w:r>
    </w:p>
    <w:p w14:paraId="0D282649" w14:textId="77777777" w:rsidR="00E47273" w:rsidRPr="00463F57" w:rsidRDefault="00000000">
      <w:pPr>
        <w:pStyle w:val="Heading1"/>
        <w:rPr>
          <w:highlight w:val="green"/>
        </w:rPr>
      </w:pPr>
      <w:r w:rsidRPr="00463F57">
        <w:rPr>
          <w:sz w:val="32"/>
          <w:highlight w:val="green"/>
        </w:rPr>
        <w:t>ABOUT KPTI</w:t>
      </w:r>
    </w:p>
    <w:p w14:paraId="585187CC" w14:textId="77777777" w:rsidR="00E47273" w:rsidRPr="00463F57" w:rsidRDefault="00000000">
      <w:pPr>
        <w:rPr>
          <w:highlight w:val="green"/>
        </w:rPr>
      </w:pPr>
      <w:r w:rsidRPr="00463F57">
        <w:rPr>
          <w:sz w:val="24"/>
          <w:highlight w:val="green"/>
        </w:rPr>
        <w:t>Kings &amp; Priests’ Theological Institute (KPTI) is a Christ-centered institution committed to equipping kingdom leaders through theological education, leadership development, discipleship, and practical ministry training.</w:t>
      </w:r>
    </w:p>
    <w:p w14:paraId="4AD38FAD" w14:textId="77777777" w:rsidR="00E47273" w:rsidRPr="00463F57" w:rsidRDefault="00000000">
      <w:pPr>
        <w:pStyle w:val="Heading1"/>
        <w:rPr>
          <w:highlight w:val="green"/>
        </w:rPr>
      </w:pPr>
      <w:r w:rsidRPr="00463F57">
        <w:rPr>
          <w:sz w:val="32"/>
          <w:highlight w:val="green"/>
        </w:rPr>
        <w:t>OUR VISION</w:t>
      </w:r>
    </w:p>
    <w:p w14:paraId="313BAF46" w14:textId="77777777" w:rsidR="00E47273" w:rsidRPr="00463F57" w:rsidRDefault="00000000">
      <w:pPr>
        <w:rPr>
          <w:highlight w:val="green"/>
        </w:rPr>
      </w:pPr>
      <w:r w:rsidRPr="00463F57">
        <w:rPr>
          <w:sz w:val="24"/>
          <w:highlight w:val="green"/>
        </w:rPr>
        <w:t>To raise spiritually grounded, intellectually equipped, and globally impactful kingdom leaders.</w:t>
      </w:r>
    </w:p>
    <w:p w14:paraId="59BFD896" w14:textId="77777777" w:rsidR="00E47273" w:rsidRPr="00463F57" w:rsidRDefault="00000000">
      <w:pPr>
        <w:pStyle w:val="Heading1"/>
        <w:rPr>
          <w:highlight w:val="green"/>
        </w:rPr>
      </w:pPr>
      <w:r w:rsidRPr="00463F57">
        <w:rPr>
          <w:sz w:val="32"/>
          <w:highlight w:val="green"/>
        </w:rPr>
        <w:t>PROGRAMS OFFERED</w:t>
      </w:r>
    </w:p>
    <w:p w14:paraId="2FE4C943" w14:textId="77777777" w:rsidR="00E47273" w:rsidRPr="00463F57" w:rsidRDefault="00000000">
      <w:pPr>
        <w:rPr>
          <w:highlight w:val="green"/>
        </w:rPr>
      </w:pPr>
      <w:r w:rsidRPr="00463F57">
        <w:rPr>
          <w:sz w:val="24"/>
          <w:highlight w:val="green"/>
        </w:rPr>
        <w:t>• Certificate Programs</w:t>
      </w:r>
      <w:r w:rsidRPr="00463F57">
        <w:rPr>
          <w:sz w:val="24"/>
          <w:highlight w:val="green"/>
        </w:rPr>
        <w:br/>
        <w:t>• Advanced Diploma Programs</w:t>
      </w:r>
      <w:r w:rsidRPr="00463F57">
        <w:rPr>
          <w:sz w:val="24"/>
          <w:highlight w:val="green"/>
        </w:rPr>
        <w:br/>
        <w:t>• Bachelor’s Programs</w:t>
      </w:r>
      <w:r w:rsidRPr="00463F57">
        <w:rPr>
          <w:sz w:val="24"/>
          <w:highlight w:val="green"/>
        </w:rPr>
        <w:br/>
        <w:t>• Christian Leadership &amp; Chaplaincy</w:t>
      </w:r>
      <w:r w:rsidRPr="00463F57">
        <w:rPr>
          <w:sz w:val="24"/>
          <w:highlight w:val="green"/>
        </w:rPr>
        <w:br/>
        <w:t>• Church Growth &amp; Leadership</w:t>
      </w:r>
      <w:r w:rsidRPr="00463F57">
        <w:rPr>
          <w:sz w:val="24"/>
          <w:highlight w:val="green"/>
        </w:rPr>
        <w:br/>
        <w:t>• Biblical Studies</w:t>
      </w:r>
    </w:p>
    <w:p w14:paraId="7709CFDA" w14:textId="77777777" w:rsidR="00E47273" w:rsidRPr="00463F57" w:rsidRDefault="00000000">
      <w:pPr>
        <w:pStyle w:val="Heading1"/>
        <w:rPr>
          <w:highlight w:val="green"/>
        </w:rPr>
      </w:pPr>
      <w:r w:rsidRPr="00463F57">
        <w:rPr>
          <w:sz w:val="32"/>
          <w:highlight w:val="green"/>
        </w:rPr>
        <w:t>WHY CHOOSE KPTI?</w:t>
      </w:r>
    </w:p>
    <w:p w14:paraId="4E77C718" w14:textId="77777777" w:rsidR="00E47273" w:rsidRPr="00463F57" w:rsidRDefault="00000000">
      <w:pPr>
        <w:rPr>
          <w:highlight w:val="green"/>
        </w:rPr>
      </w:pPr>
      <w:r w:rsidRPr="00463F57">
        <w:rPr>
          <w:sz w:val="24"/>
          <w:highlight w:val="green"/>
        </w:rPr>
        <w:t>• Sound Biblical Teaching</w:t>
      </w:r>
      <w:r w:rsidRPr="00463F57">
        <w:rPr>
          <w:sz w:val="24"/>
          <w:highlight w:val="green"/>
        </w:rPr>
        <w:br/>
        <w:t>• Apostolic and Leadership Training</w:t>
      </w:r>
      <w:r w:rsidRPr="00463F57">
        <w:rPr>
          <w:sz w:val="24"/>
          <w:highlight w:val="green"/>
        </w:rPr>
        <w:br/>
        <w:t>• Flexible Learning Opportunities</w:t>
      </w:r>
      <w:r w:rsidRPr="00463F57">
        <w:rPr>
          <w:sz w:val="24"/>
          <w:highlight w:val="green"/>
        </w:rPr>
        <w:br/>
        <w:t>• Spirit-Filled Environment</w:t>
      </w:r>
      <w:r w:rsidRPr="00463F57">
        <w:rPr>
          <w:sz w:val="24"/>
          <w:highlight w:val="green"/>
        </w:rPr>
        <w:br/>
        <w:t>• Global Kingdom Vision</w:t>
      </w:r>
      <w:r w:rsidRPr="00463F57">
        <w:rPr>
          <w:sz w:val="24"/>
          <w:highlight w:val="green"/>
        </w:rPr>
        <w:br/>
        <w:t>• Practical Ministry Activation</w:t>
      </w:r>
    </w:p>
    <w:p w14:paraId="641DC8F2" w14:textId="77777777" w:rsidR="00E47273" w:rsidRPr="00463F57" w:rsidRDefault="00000000">
      <w:pPr>
        <w:pStyle w:val="Heading1"/>
        <w:rPr>
          <w:highlight w:val="green"/>
        </w:rPr>
      </w:pPr>
      <w:r w:rsidRPr="00463F57">
        <w:rPr>
          <w:sz w:val="32"/>
          <w:highlight w:val="green"/>
        </w:rPr>
        <w:lastRenderedPageBreak/>
        <w:t>ADMISSION INFORMATION</w:t>
      </w:r>
    </w:p>
    <w:p w14:paraId="65B2D4F6" w14:textId="77777777" w:rsidR="00E47273" w:rsidRPr="00463F57" w:rsidRDefault="00000000">
      <w:pPr>
        <w:rPr>
          <w:highlight w:val="green"/>
        </w:rPr>
      </w:pPr>
      <w:r w:rsidRPr="00463F57">
        <w:rPr>
          <w:sz w:val="24"/>
          <w:highlight w:val="green"/>
        </w:rPr>
        <w:t>Registration Fee: $50</w:t>
      </w:r>
      <w:r w:rsidRPr="00463F57">
        <w:rPr>
          <w:sz w:val="24"/>
          <w:highlight w:val="green"/>
        </w:rPr>
        <w:br/>
        <w:t>Tuition Fee: $400</w:t>
      </w:r>
      <w:r w:rsidRPr="00463F57">
        <w:rPr>
          <w:sz w:val="24"/>
          <w:highlight w:val="green"/>
        </w:rPr>
        <w:br/>
        <w:t>Classes Begin: June 6, 2026</w:t>
      </w:r>
      <w:r w:rsidRPr="00463F57">
        <w:rPr>
          <w:sz w:val="24"/>
          <w:highlight w:val="green"/>
        </w:rPr>
        <w:br/>
        <w:t>Flexible learning opportunities available.</w:t>
      </w:r>
    </w:p>
    <w:p w14:paraId="18A0D489" w14:textId="77777777" w:rsidR="00E47273" w:rsidRPr="00463F57" w:rsidRDefault="00000000">
      <w:pPr>
        <w:pStyle w:val="Heading1"/>
        <w:rPr>
          <w:highlight w:val="green"/>
        </w:rPr>
      </w:pPr>
      <w:r w:rsidRPr="00463F57">
        <w:rPr>
          <w:sz w:val="32"/>
          <w:highlight w:val="green"/>
        </w:rPr>
        <w:t>OUR CORE VALUES</w:t>
      </w:r>
    </w:p>
    <w:p w14:paraId="6D064636" w14:textId="77777777" w:rsidR="00E47273" w:rsidRPr="00463F57" w:rsidRDefault="00000000">
      <w:pPr>
        <w:rPr>
          <w:highlight w:val="green"/>
        </w:rPr>
      </w:pPr>
      <w:r w:rsidRPr="00463F57">
        <w:rPr>
          <w:sz w:val="24"/>
          <w:highlight w:val="green"/>
        </w:rPr>
        <w:t>Biblical Truth • Excellence • Integrity • Leadership • Spiritual Formation • Kingdom Impact</w:t>
      </w:r>
    </w:p>
    <w:p w14:paraId="24C07989" w14:textId="77777777" w:rsidR="00E47273" w:rsidRPr="00463F57" w:rsidRDefault="00000000">
      <w:pPr>
        <w:pStyle w:val="Heading1"/>
        <w:rPr>
          <w:highlight w:val="green"/>
        </w:rPr>
      </w:pPr>
      <w:r w:rsidRPr="00463F57">
        <w:rPr>
          <w:sz w:val="32"/>
          <w:highlight w:val="green"/>
        </w:rPr>
        <w:t>CONTACT INFORMATION</w:t>
      </w:r>
    </w:p>
    <w:p w14:paraId="07033040" w14:textId="77777777" w:rsidR="00E47273" w:rsidRPr="00463F57" w:rsidRDefault="00000000">
      <w:pPr>
        <w:rPr>
          <w:highlight w:val="green"/>
        </w:rPr>
      </w:pPr>
      <w:r w:rsidRPr="00463F57">
        <w:rPr>
          <w:sz w:val="24"/>
          <w:highlight w:val="green"/>
        </w:rPr>
        <w:t>Kings &amp; Priests’ Theological Institute (KPTI)</w:t>
      </w:r>
      <w:r w:rsidRPr="00463F57">
        <w:rPr>
          <w:sz w:val="24"/>
          <w:highlight w:val="green"/>
        </w:rPr>
        <w:br/>
        <w:t>520 Randolph Road</w:t>
      </w:r>
      <w:r w:rsidRPr="00463F57">
        <w:rPr>
          <w:sz w:val="24"/>
          <w:highlight w:val="green"/>
        </w:rPr>
        <w:br/>
        <w:t>Silver Spring, MD 20904</w:t>
      </w:r>
      <w:r w:rsidRPr="00463F57">
        <w:rPr>
          <w:sz w:val="24"/>
          <w:highlight w:val="green"/>
        </w:rPr>
        <w:br/>
        <w:t>Email: info@kpti.edu</w:t>
      </w:r>
      <w:r w:rsidRPr="00463F57">
        <w:rPr>
          <w:sz w:val="24"/>
          <w:highlight w:val="green"/>
        </w:rPr>
        <w:br/>
        <w:t>Website: www.kpti.edu</w:t>
      </w:r>
    </w:p>
    <w:p w14:paraId="205EB290" w14:textId="77777777" w:rsidR="00E47273" w:rsidRDefault="00000000">
      <w:pPr>
        <w:jc w:val="center"/>
      </w:pPr>
      <w:r w:rsidRPr="00463F57">
        <w:rPr>
          <w:b/>
          <w:sz w:val="32"/>
          <w:highlight w:val="green"/>
        </w:rPr>
        <w:t>Equipping Kingdom Leaders for Global Impact</w:t>
      </w:r>
    </w:p>
    <w:sectPr w:rsidR="00E4727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2181144">
    <w:abstractNumId w:val="8"/>
  </w:num>
  <w:num w:numId="2" w16cid:durableId="571236792">
    <w:abstractNumId w:val="6"/>
  </w:num>
  <w:num w:numId="3" w16cid:durableId="1480882615">
    <w:abstractNumId w:val="5"/>
  </w:num>
  <w:num w:numId="4" w16cid:durableId="966619628">
    <w:abstractNumId w:val="4"/>
  </w:num>
  <w:num w:numId="5" w16cid:durableId="1955214051">
    <w:abstractNumId w:val="7"/>
  </w:num>
  <w:num w:numId="6" w16cid:durableId="1792747413">
    <w:abstractNumId w:val="3"/>
  </w:num>
  <w:num w:numId="7" w16cid:durableId="1233274645">
    <w:abstractNumId w:val="2"/>
  </w:num>
  <w:num w:numId="8" w16cid:durableId="1722900075">
    <w:abstractNumId w:val="1"/>
  </w:num>
  <w:num w:numId="9" w16cid:durableId="1905094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532EB"/>
    <w:rsid w:val="0006063C"/>
    <w:rsid w:val="0015074B"/>
    <w:rsid w:val="001F6392"/>
    <w:rsid w:val="0029639D"/>
    <w:rsid w:val="00326F90"/>
    <w:rsid w:val="00463F57"/>
    <w:rsid w:val="00AA1D8D"/>
    <w:rsid w:val="00B47730"/>
    <w:rsid w:val="00CB0664"/>
    <w:rsid w:val="00E4727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8FE353"/>
  <w14:defaultImageDpi w14:val="300"/>
  <w15:docId w15:val="{68D2C598-2F64-41CF-B49E-0BAC776F1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Lenovo</cp:lastModifiedBy>
  <cp:revision>3</cp:revision>
  <dcterms:created xsi:type="dcterms:W3CDTF">2013-12-23T23:15:00Z</dcterms:created>
  <dcterms:modified xsi:type="dcterms:W3CDTF">2026-05-12T11:38:00Z</dcterms:modified>
  <cp:category/>
</cp:coreProperties>
</file>